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D5C0A" w14:textId="6DA537B5" w:rsidR="00C04B9B" w:rsidRDefault="00000000">
      <w:pPr>
        <w:spacing w:after="80"/>
        <w:jc w:val="center"/>
      </w:pPr>
      <w:r>
        <w:rPr>
          <w:rFonts w:ascii="Calibri" w:hAnsi="Calibri"/>
          <w:b/>
          <w:color w:val="0F172A"/>
          <w:sz w:val="44"/>
        </w:rPr>
        <w:t xml:space="preserve">ANNEXURE </w:t>
      </w:r>
      <w:r w:rsidR="0087492B">
        <w:rPr>
          <w:rFonts w:ascii="Calibri" w:hAnsi="Calibri"/>
          <w:b/>
          <w:color w:val="0F172A"/>
          <w:sz w:val="44"/>
        </w:rPr>
        <w:t>–</w:t>
      </w:r>
      <w:r>
        <w:rPr>
          <w:rFonts w:ascii="Calibri" w:hAnsi="Calibri"/>
          <w:b/>
          <w:color w:val="0F172A"/>
          <w:sz w:val="44"/>
        </w:rPr>
        <w:t xml:space="preserve"> XV</w:t>
      </w:r>
      <w:r w:rsidR="0087492B">
        <w:rPr>
          <w:rFonts w:ascii="Calibri" w:hAnsi="Calibri"/>
          <w:b/>
          <w:color w:val="0F172A"/>
          <w:sz w:val="44"/>
        </w:rPr>
        <w:t xml:space="preserve"> </w:t>
      </w:r>
      <w:r w:rsidR="0087492B">
        <w:rPr>
          <w:rFonts w:ascii="Calibri" w:hAnsi="Calibri"/>
          <w:b/>
          <w:color w:val="0F172A"/>
          <w:sz w:val="44"/>
        </w:rPr>
        <w:t>(</w:t>
      </w:r>
      <w:r w:rsidR="0087492B" w:rsidRPr="0087492B">
        <w:rPr>
          <w:rFonts w:ascii="Calibri" w:hAnsi="Calibri"/>
          <w:bCs/>
          <w:i/>
          <w:iCs/>
          <w:color w:val="0F172A"/>
          <w:sz w:val="28"/>
          <w:szCs w:val="28"/>
        </w:rPr>
        <w:t>Verify with prospectus</w:t>
      </w:r>
      <w:r w:rsidR="0087492B">
        <w:rPr>
          <w:rFonts w:ascii="Calibri" w:hAnsi="Calibri"/>
          <w:b/>
          <w:color w:val="0F172A"/>
          <w:sz w:val="44"/>
        </w:rPr>
        <w:t>)</w:t>
      </w:r>
    </w:p>
    <w:p w14:paraId="4F50D50E" w14:textId="77777777" w:rsidR="00C04B9B" w:rsidRDefault="00000000">
      <w:pPr>
        <w:spacing w:after="320"/>
        <w:jc w:val="center"/>
      </w:pPr>
      <w:r>
        <w:rPr>
          <w:rFonts w:ascii="Calibri" w:hAnsi="Calibri"/>
          <w:i/>
          <w:color w:val="475569"/>
          <w:sz w:val="24"/>
        </w:rPr>
        <w:t>BOND FOR SERVICE OBLIGATION / LIQUIDATED DAMAGES FOR PG MEDICAL COURSES 2026-2027</w:t>
      </w:r>
    </w:p>
    <w:tbl>
      <w:tblPr>
        <w:tblW w:w="0" w:type="auto"/>
        <w:jc w:val="center"/>
        <w:tblLayout w:type="fixed"/>
        <w:tblLook w:val="04A0" w:firstRow="1" w:lastRow="0" w:firstColumn="1" w:lastColumn="0" w:noHBand="0" w:noVBand="1"/>
      </w:tblPr>
      <w:tblGrid>
        <w:gridCol w:w="9360"/>
      </w:tblGrid>
      <w:tr w:rsidR="00C04B9B" w14:paraId="0986F724" w14:textId="77777777">
        <w:trPr>
          <w:jc w:val="center"/>
        </w:trPr>
        <w:tc>
          <w:tcPr>
            <w:tcW w:w="9360" w:type="dxa"/>
            <w:shd w:val="clear" w:color="auto" w:fill="F1F5F9"/>
            <w:tcMar>
              <w:top w:w="140" w:type="dxa"/>
              <w:left w:w="180" w:type="dxa"/>
              <w:bottom w:w="140" w:type="dxa"/>
              <w:right w:w="180" w:type="dxa"/>
            </w:tcMar>
          </w:tcPr>
          <w:p w14:paraId="6B0A69BA" w14:textId="77777777" w:rsidR="00C04B9B" w:rsidRDefault="00000000">
            <w:pPr>
              <w:spacing w:after="0"/>
            </w:pPr>
            <w:r>
              <w:rPr>
                <w:rFonts w:ascii="Calibri" w:hAnsi="Calibri"/>
                <w:b/>
                <w:color w:val="0F172A"/>
                <w:sz w:val="20"/>
              </w:rPr>
              <w:t xml:space="preserve">Stamp Paper Requirement: </w:t>
            </w:r>
            <w:r>
              <w:rPr>
                <w:rFonts w:ascii="Calibri" w:hAnsi="Calibri"/>
                <w:color w:val="334155"/>
                <w:sz w:val="20"/>
              </w:rPr>
              <w:t>To be executed on Kerala Stamp Paper of total value Rs. 200/- (All pages in stamp paper).</w:t>
            </w:r>
            <w:r>
              <w:rPr>
                <w:rFonts w:ascii="Calibri" w:hAnsi="Calibri"/>
                <w:color w:val="334155"/>
                <w:sz w:val="20"/>
              </w:rPr>
              <w:br/>
              <w:t>• Bond amount to be executed: Rs. 50,00,000/- (Rupees Fifty Lakhs only).</w:t>
            </w:r>
            <w:r>
              <w:rPr>
                <w:rFonts w:ascii="Calibri" w:hAnsi="Calibri"/>
                <w:color w:val="334155"/>
                <w:sz w:val="20"/>
              </w:rPr>
              <w:br/>
              <w:t>• Obligatory Service Period: General Candidates = 1 year | Service Candidates = 10 years (including 2 years in difficult/remote areas).</w:t>
            </w:r>
          </w:p>
        </w:tc>
      </w:tr>
    </w:tbl>
    <w:p w14:paraId="19C3C937" w14:textId="052E6BF7" w:rsidR="00C04B9B" w:rsidRDefault="00000000" w:rsidP="0087492B">
      <w:pPr>
        <w:spacing w:before="80" w:after="120"/>
        <w:jc w:val="both"/>
      </w:pPr>
      <w:r>
        <w:rPr>
          <w:rFonts w:ascii="Calibri" w:hAnsi="Calibri"/>
        </w:rPr>
        <w:t>TO KNOW ALL MEN BY THESE PRESENTS that We Shri/Smt. ________________________________________son/daughter/wife</w:t>
      </w:r>
      <w:r w:rsidR="0087492B">
        <w:rPr>
          <w:rFonts w:ascii="Calibri" w:hAnsi="Calibri"/>
        </w:rPr>
        <w:t xml:space="preserve"> </w:t>
      </w:r>
      <w:r>
        <w:rPr>
          <w:rFonts w:ascii="Calibri" w:hAnsi="Calibri"/>
        </w:rPr>
        <w:t>of ________________________________________ residing at ________________________________________ (hereinafter called the 'Bounden') and (1) Shri ____________________ Residing at ____________________ and (2) Shri ____________________ Residing at ____________________ (herein enter name and address) (hereinafter called 'Sureties') do hereby bind ourselves and each of us, our and each of our heirs, executors and administrators jointly and severally to pay the Governor of Kerala (hereinafter called the Government) on demand a sum of Rs. _______________ (the total amount of salary/stipend drawn during the period of study) and the amount spent by Government for their studies with interest as fixed by Government and ***in addition to the stipend/salary towards Liquidated damages/penalty for violation of the conditions in clause of the PG Medical Prospectus 2026-27.</w:t>
      </w:r>
    </w:p>
    <w:p w14:paraId="070B121C" w14:textId="77777777" w:rsidR="00C04B9B" w:rsidRDefault="00000000" w:rsidP="0087492B">
      <w:pPr>
        <w:spacing w:before="80" w:after="120"/>
        <w:jc w:val="both"/>
      </w:pPr>
      <w:r>
        <w:rPr>
          <w:rFonts w:ascii="Calibri" w:hAnsi="Calibri"/>
        </w:rPr>
        <w:t>Signed this ____________ day of __________________ in the year ________ by the bounden Shri/Smt. ________________________________________ (Signature).</w:t>
      </w:r>
    </w:p>
    <w:p w14:paraId="4EC26874" w14:textId="77777777" w:rsidR="00C04B9B" w:rsidRDefault="00000000" w:rsidP="0087492B">
      <w:pPr>
        <w:spacing w:before="80" w:after="120"/>
        <w:jc w:val="both"/>
      </w:pPr>
      <w:r>
        <w:rPr>
          <w:rFonts w:ascii="Calibri" w:hAnsi="Calibri"/>
        </w:rPr>
        <w:t>In the presence of witnesses: 1. ________________________________________ (Residential Address is compulsory)</w:t>
      </w:r>
    </w:p>
    <w:p w14:paraId="132E1165" w14:textId="77777777" w:rsidR="00C04B9B" w:rsidRDefault="00000000" w:rsidP="0087492B">
      <w:pPr>
        <w:spacing w:before="80" w:after="120"/>
        <w:jc w:val="both"/>
      </w:pPr>
      <w:r>
        <w:rPr>
          <w:rFonts w:ascii="Calibri" w:hAnsi="Calibri"/>
        </w:rPr>
        <w:t>WHEREAS the Bounden Shri/Smt. ________________________________________ has been selected to undergo ________________________________________ (here enter the name of the course of study) in Government Medical College, ____________________ (Name of College), Kerala for a period of two/three years.</w:t>
      </w:r>
    </w:p>
    <w:p w14:paraId="695E0EB4" w14:textId="77777777" w:rsidR="00C04B9B" w:rsidRDefault="00000000" w:rsidP="0087492B">
      <w:pPr>
        <w:spacing w:before="80" w:after="120"/>
        <w:jc w:val="both"/>
      </w:pPr>
      <w:r>
        <w:rPr>
          <w:rFonts w:ascii="Calibri" w:hAnsi="Calibri"/>
        </w:rPr>
        <w:t>AND WHEREAS the Government have agreed to pay the Bounden during the period of the said course of study his/her pay and allowance which he would have drawn but for his undergoing the said course of study and to treat the period of the course of study as duty. (only for service candidates)</w:t>
      </w:r>
    </w:p>
    <w:p w14:paraId="58670660" w14:textId="77777777" w:rsidR="00C04B9B" w:rsidRDefault="00000000" w:rsidP="0087492B">
      <w:pPr>
        <w:spacing w:before="80" w:after="120"/>
        <w:jc w:val="both"/>
      </w:pPr>
      <w:r>
        <w:rPr>
          <w:rFonts w:ascii="Calibri" w:hAnsi="Calibri"/>
        </w:rPr>
        <w:t>AND WHEREAS the Government have agreed to incur the said expenses on condition that after successful completion of the course of study within the prescribed period the bounden shall serve the Government for a period of *** and also subject to the terms and conditions hereinafter appearing and the bounden and the sureties have agreed to the same.</w:t>
      </w:r>
    </w:p>
    <w:p w14:paraId="036C7BCD" w14:textId="77777777" w:rsidR="00C04B9B" w:rsidRDefault="00000000" w:rsidP="0087492B">
      <w:pPr>
        <w:spacing w:before="80" w:after="120"/>
        <w:jc w:val="both"/>
      </w:pPr>
      <w:r>
        <w:rPr>
          <w:rFonts w:ascii="Calibri" w:hAnsi="Calibri"/>
        </w:rPr>
        <w:lastRenderedPageBreak/>
        <w:t>NOW the condition of the above written obligation is that in the event the Bounden after successful completion of the Post Graduate MD/MS course of study to which he/she was selected, fails to serve the Government for a period of ***, the Bounden shall forthwith pay to the Government on demand the sum of Rs. _______________ (the total amount of salary/stipend drawn during the period of study) and **in addition to the amount spent by government for their studies with interest as fixed by Government towards liquidated damages for violation of the conditions of the PG Medical Prospectus 2026. In the matter of deciding what moneys are to be paid by the Bounden and the sureties, the decision of the Government shall be final and legally binding on the bounden and sureties and upon the payment of such sum the above written obligation shall be void and of no effect otherwise this shall be remaining full force and effect.</w:t>
      </w:r>
    </w:p>
    <w:p w14:paraId="73D622AA" w14:textId="77777777" w:rsidR="00C04B9B" w:rsidRDefault="00000000" w:rsidP="0087492B">
      <w:pPr>
        <w:spacing w:before="80" w:after="120"/>
        <w:jc w:val="both"/>
      </w:pPr>
      <w:r>
        <w:rPr>
          <w:rFonts w:ascii="Calibri" w:hAnsi="Calibri"/>
        </w:rPr>
        <w:t>PROVIDED further that the bounden and the sureties do hereby agree that if the Bounden fails to serve the Government for a period of *** years, it may be construed as professional misconduct and the fact reported to the T.C Medical Council for suitable action including cancellation of Registration by the council.</w:t>
      </w:r>
    </w:p>
    <w:p w14:paraId="78FCC0A0" w14:textId="77777777" w:rsidR="00C04B9B" w:rsidRDefault="00000000" w:rsidP="0087492B">
      <w:pPr>
        <w:spacing w:before="80" w:after="120"/>
        <w:jc w:val="both"/>
      </w:pPr>
      <w:r>
        <w:rPr>
          <w:rFonts w:ascii="Calibri" w:hAnsi="Calibri"/>
        </w:rPr>
        <w:t>PROVIDED further that the bounden and the sureties do hereby agree that all sums found due to the Government under or by virtue of this bond may be recovered jointly and severely from them and their properties movable and immovable as if such dues were arrears of land revenue under the provisions of the Revenue Recovery Act for the time being in force or in such other manner as the Government may deem fit.</w:t>
      </w:r>
    </w:p>
    <w:p w14:paraId="1376B77C" w14:textId="77777777" w:rsidR="00C04B9B" w:rsidRDefault="00000000" w:rsidP="0087492B">
      <w:pPr>
        <w:spacing w:before="80" w:after="120"/>
        <w:jc w:val="both"/>
      </w:pPr>
      <w:r>
        <w:rPr>
          <w:rFonts w:ascii="Calibri" w:hAnsi="Calibri"/>
        </w:rPr>
        <w:t>THE liabilities of the sureties under this Bond is Co-existent with that of the Bounden and shall not be affected by the Government giving time or any other indulgence to the bounden or by the Government varying of the terms and conditions herein contained.</w:t>
      </w:r>
    </w:p>
    <w:p w14:paraId="4C69BF2D" w14:textId="77777777" w:rsidR="00C04B9B" w:rsidRDefault="00000000" w:rsidP="0087492B">
      <w:pPr>
        <w:spacing w:before="80" w:after="120"/>
        <w:jc w:val="both"/>
      </w:pPr>
      <w:r>
        <w:rPr>
          <w:rFonts w:ascii="Calibri" w:hAnsi="Calibri"/>
        </w:rPr>
        <w:t>It is agreed that the certificates submitted at the time of admission will be released by the Principal only after satisfactorily completing the bonded obligation.</w:t>
      </w:r>
    </w:p>
    <w:p w14:paraId="0FD804DB" w14:textId="77777777" w:rsidR="00C04B9B" w:rsidRDefault="00000000" w:rsidP="0087492B">
      <w:pPr>
        <w:spacing w:before="240" w:after="80"/>
      </w:pPr>
      <w:r>
        <w:rPr>
          <w:rFonts w:ascii="Calibri" w:hAnsi="Calibri"/>
          <w:i/>
          <w:sz w:val="20"/>
        </w:rPr>
        <w:t>Signed by the Bounden: ________________________________________</w:t>
      </w:r>
      <w:r>
        <w:rPr>
          <w:rFonts w:ascii="Calibri" w:hAnsi="Calibri"/>
          <w:i/>
          <w:sz w:val="20"/>
        </w:rPr>
        <w:br/>
      </w:r>
      <w:r>
        <w:rPr>
          <w:rFonts w:ascii="Calibri" w:hAnsi="Calibri"/>
          <w:i/>
          <w:sz w:val="20"/>
        </w:rPr>
        <w:br/>
        <w:t>Signed by the Sureties:</w:t>
      </w:r>
      <w:r>
        <w:rPr>
          <w:rFonts w:ascii="Calibri" w:hAnsi="Calibri"/>
          <w:i/>
          <w:sz w:val="20"/>
        </w:rPr>
        <w:br/>
        <w:t>1. Signature: _______________________ (Residential Address of Surety 1 compulsory)</w:t>
      </w:r>
      <w:r>
        <w:rPr>
          <w:rFonts w:ascii="Calibri" w:hAnsi="Calibri"/>
          <w:i/>
          <w:sz w:val="20"/>
        </w:rPr>
        <w:br/>
        <w:t>2. Signature: _______________________ (Residential Address of Surety 2 compulsory)</w:t>
      </w:r>
      <w:r>
        <w:rPr>
          <w:rFonts w:ascii="Calibri" w:hAnsi="Calibri"/>
          <w:i/>
          <w:sz w:val="20"/>
        </w:rPr>
        <w:br/>
      </w:r>
      <w:r>
        <w:rPr>
          <w:rFonts w:ascii="Calibri" w:hAnsi="Calibri"/>
          <w:i/>
          <w:sz w:val="20"/>
        </w:rPr>
        <w:br/>
        <w:t>In the presence of witnesses:</w:t>
      </w:r>
      <w:r>
        <w:rPr>
          <w:rFonts w:ascii="Calibri" w:hAnsi="Calibri"/>
          <w:i/>
          <w:sz w:val="20"/>
        </w:rPr>
        <w:br/>
        <w:t>1. Signature: _______________________ (Official &amp; Residential Address compulsory)</w:t>
      </w:r>
      <w:r>
        <w:rPr>
          <w:rFonts w:ascii="Calibri" w:hAnsi="Calibri"/>
          <w:i/>
          <w:sz w:val="20"/>
        </w:rPr>
        <w:br/>
        <w:t>2. Signature: _______________________</w:t>
      </w:r>
      <w:r>
        <w:rPr>
          <w:rFonts w:ascii="Calibri" w:hAnsi="Calibri"/>
          <w:i/>
          <w:sz w:val="20"/>
        </w:rPr>
        <w:br/>
      </w:r>
      <w:r>
        <w:rPr>
          <w:rFonts w:ascii="Calibri" w:hAnsi="Calibri"/>
          <w:i/>
          <w:sz w:val="20"/>
        </w:rPr>
        <w:br/>
        <w:t>(OFFICE SEAL)</w:t>
      </w:r>
      <w:r>
        <w:rPr>
          <w:rFonts w:ascii="Calibri" w:hAnsi="Calibri"/>
          <w:i/>
          <w:sz w:val="20"/>
        </w:rPr>
        <w:br/>
      </w:r>
      <w:r>
        <w:rPr>
          <w:rFonts w:ascii="Calibri" w:hAnsi="Calibri"/>
          <w:i/>
          <w:sz w:val="20"/>
        </w:rPr>
        <w:br/>
        <w:t>----------------------------------------------------------------------------------------------------</w:t>
      </w:r>
      <w:r>
        <w:rPr>
          <w:rFonts w:ascii="Calibri" w:hAnsi="Calibri"/>
          <w:i/>
          <w:sz w:val="20"/>
        </w:rPr>
        <w:br/>
        <w:t>Note:</w:t>
      </w:r>
      <w:r>
        <w:rPr>
          <w:rFonts w:ascii="Calibri" w:hAnsi="Calibri"/>
          <w:i/>
          <w:sz w:val="20"/>
        </w:rPr>
        <w:br/>
        <w:t>* All pages should be in stamped paper.</w:t>
      </w:r>
      <w:r>
        <w:rPr>
          <w:rFonts w:ascii="Calibri" w:hAnsi="Calibri"/>
          <w:i/>
          <w:sz w:val="20"/>
        </w:rPr>
        <w:br/>
        <w:t>** Strike out which is not applicable - Bond amount to be executed: For all candidates Rs. 50,00,000/- (Rupees Fifty Lakhs only).</w:t>
      </w:r>
      <w:r>
        <w:rPr>
          <w:rFonts w:ascii="Calibri" w:hAnsi="Calibri"/>
          <w:i/>
          <w:sz w:val="20"/>
        </w:rPr>
        <w:br/>
      </w:r>
      <w:r>
        <w:rPr>
          <w:rFonts w:ascii="Calibri" w:hAnsi="Calibri"/>
          <w:i/>
          <w:sz w:val="20"/>
        </w:rPr>
        <w:lastRenderedPageBreak/>
        <w:t>*** No. of years to be served:</w:t>
      </w:r>
      <w:r>
        <w:rPr>
          <w:rFonts w:ascii="Calibri" w:hAnsi="Calibri"/>
          <w:i/>
          <w:sz w:val="20"/>
        </w:rPr>
        <w:br/>
        <w:t xml:space="preserve">   a) For General candidates - 1 year.</w:t>
      </w:r>
      <w:r>
        <w:rPr>
          <w:rFonts w:ascii="Calibri" w:hAnsi="Calibri"/>
          <w:i/>
          <w:sz w:val="20"/>
        </w:rPr>
        <w:br/>
        <w:t xml:space="preserve">   b) For Service candidates - 10 years out of which 2 years shall be in difficult and remote areas as defined by the Government, to be served immediately after completion of the course or till superannuation.</w:t>
      </w:r>
    </w:p>
    <w:sectPr w:rsidR="00C04B9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95980556">
    <w:abstractNumId w:val="8"/>
  </w:num>
  <w:num w:numId="2" w16cid:durableId="645941083">
    <w:abstractNumId w:val="6"/>
  </w:num>
  <w:num w:numId="3" w16cid:durableId="1100638882">
    <w:abstractNumId w:val="5"/>
  </w:num>
  <w:num w:numId="4" w16cid:durableId="856038833">
    <w:abstractNumId w:val="4"/>
  </w:num>
  <w:num w:numId="5" w16cid:durableId="1403482828">
    <w:abstractNumId w:val="7"/>
  </w:num>
  <w:num w:numId="6" w16cid:durableId="1823614376">
    <w:abstractNumId w:val="3"/>
  </w:num>
  <w:num w:numId="7" w16cid:durableId="1033075873">
    <w:abstractNumId w:val="2"/>
  </w:num>
  <w:num w:numId="8" w16cid:durableId="573930761">
    <w:abstractNumId w:val="1"/>
  </w:num>
  <w:num w:numId="9" w16cid:durableId="18209240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7492B"/>
    <w:rsid w:val="009A0093"/>
    <w:rsid w:val="00AA1D8D"/>
    <w:rsid w:val="00B47730"/>
    <w:rsid w:val="00C04B9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FF0443"/>
  <w14:defaultImageDpi w14:val="300"/>
  <w15:docId w15:val="{2BC80C3F-B568-4441-A592-48A4037A6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847</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Academy-Exam</cp:lastModifiedBy>
  <cp:revision>2</cp:revision>
  <dcterms:created xsi:type="dcterms:W3CDTF">2013-12-23T23:15:00Z</dcterms:created>
  <dcterms:modified xsi:type="dcterms:W3CDTF">2026-11-02T08:41:00Z</dcterms:modified>
  <cp:category/>
</cp:coreProperties>
</file>